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78B3A" w14:textId="77777777" w:rsidR="00994904" w:rsidRPr="00415261" w:rsidRDefault="00BD0F4C">
      <w:pPr>
        <w:pStyle w:val="Heading1"/>
        <w:jc w:val="center"/>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IB Math: Analysis and Approaches SL – Student Syllabus</w:t>
      </w:r>
    </w:p>
    <w:p w14:paraId="2C5536CB" w14:textId="77777777" w:rsidR="00994904" w:rsidRPr="00415261" w:rsidRDefault="00BD0F4C">
      <w:pPr>
        <w:rPr>
          <w:rFonts w:ascii="Georgia" w:hAnsi="Georgia"/>
        </w:rPr>
      </w:pPr>
      <w:r w:rsidRPr="00415261">
        <w:rPr>
          <w:rFonts w:ascii="Georgia" w:hAnsi="Georgia"/>
        </w:rPr>
        <w:t>Welcome to IB Math AA SL! This course is all about exploring math in a fun and analytical way. You'll learn how to solve problems, think critically, and apply math to real-world situations.</w:t>
      </w:r>
      <w:r w:rsidR="009C5454" w:rsidRPr="00415261">
        <w:rPr>
          <w:rFonts w:ascii="Georgia" w:hAnsi="Georgia"/>
        </w:rPr>
        <w:t xml:space="preserve"> You will show mastery of course material with an Internal Assessmen</w:t>
      </w:r>
      <w:bookmarkStart w:id="0" w:name="_GoBack"/>
      <w:bookmarkEnd w:id="0"/>
      <w:r w:rsidR="009C5454" w:rsidRPr="00415261">
        <w:rPr>
          <w:rFonts w:ascii="Georgia" w:hAnsi="Georgia"/>
        </w:rPr>
        <w:t>t, Paper 1 and Paper 2 at the end of your 2</w:t>
      </w:r>
      <w:r w:rsidR="009C5454" w:rsidRPr="00415261">
        <w:rPr>
          <w:rFonts w:ascii="Georgia" w:hAnsi="Georgia"/>
          <w:vertAlign w:val="superscript"/>
        </w:rPr>
        <w:t>nd</w:t>
      </w:r>
      <w:r w:rsidR="009C5454" w:rsidRPr="00415261">
        <w:rPr>
          <w:rFonts w:ascii="Georgia" w:hAnsi="Georgia"/>
        </w:rPr>
        <w:t xml:space="preserve"> year of the course. </w:t>
      </w:r>
    </w:p>
    <w:p w14:paraId="5C23D400" w14:textId="77777777" w:rsidR="00736755" w:rsidRPr="00415261" w:rsidRDefault="00736755" w:rsidP="00415261">
      <w:pPr>
        <w:spacing w:line="240" w:lineRule="auto"/>
        <w:jc w:val="right"/>
        <w:rPr>
          <w:rFonts w:ascii="Georgia" w:hAnsi="Georgia"/>
          <w:u w:val="single"/>
        </w:rPr>
      </w:pPr>
      <w:r w:rsidRPr="00415261">
        <w:rPr>
          <w:rFonts w:ascii="Georgia" w:hAnsi="Georgia"/>
          <w:noProof/>
          <w:u w:val="single"/>
        </w:rPr>
        <w:drawing>
          <wp:anchor distT="0" distB="0" distL="114300" distR="114300" simplePos="0" relativeHeight="251659776" behindDoc="0" locked="0" layoutInCell="1" allowOverlap="1" wp14:anchorId="248F00A5" wp14:editId="1D18736A">
            <wp:simplePos x="0" y="0"/>
            <wp:positionH relativeFrom="column">
              <wp:posOffset>4102215</wp:posOffset>
            </wp:positionH>
            <wp:positionV relativeFrom="paragraph">
              <wp:posOffset>128328</wp:posOffset>
            </wp:positionV>
            <wp:extent cx="1394460" cy="13809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Picture .jpeg"/>
                    <pic:cNvPicPr/>
                  </pic:nvPicPr>
                  <pic:blipFill>
                    <a:blip r:embed="rId11"/>
                    <a:stretch>
                      <a:fillRect/>
                    </a:stretch>
                  </pic:blipFill>
                  <pic:spPr>
                    <a:xfrm>
                      <a:off x="0" y="0"/>
                      <a:ext cx="1394460" cy="1380987"/>
                    </a:xfrm>
                    <a:prstGeom prst="rect">
                      <a:avLst/>
                    </a:prstGeom>
                  </pic:spPr>
                </pic:pic>
              </a:graphicData>
            </a:graphic>
            <wp14:sizeRelH relativeFrom="margin">
              <wp14:pctWidth>0</wp14:pctWidth>
            </wp14:sizeRelH>
            <wp14:sizeRelV relativeFrom="margin">
              <wp14:pctHeight>0</wp14:pctHeight>
            </wp14:sizeRelV>
          </wp:anchor>
        </w:drawing>
      </w:r>
    </w:p>
    <w:p w14:paraId="6588DE10" w14:textId="77777777" w:rsidR="00736755" w:rsidRPr="00415261" w:rsidRDefault="00736755" w:rsidP="00415261">
      <w:pPr>
        <w:spacing w:line="240" w:lineRule="auto"/>
        <w:jc w:val="center"/>
        <w:rPr>
          <w:rFonts w:ascii="Georgia" w:hAnsi="Georgia"/>
        </w:rPr>
      </w:pPr>
      <w:r w:rsidRPr="00415261">
        <w:rPr>
          <w:rFonts w:ascii="Georgia" w:hAnsi="Georgia"/>
        </w:rPr>
        <w:t>Instructor: Ms. Fredenberg</w:t>
      </w:r>
    </w:p>
    <w:p w14:paraId="4EBBF264" w14:textId="77777777" w:rsidR="00736755" w:rsidRPr="00415261" w:rsidRDefault="00736755" w:rsidP="00415261">
      <w:pPr>
        <w:spacing w:line="240" w:lineRule="auto"/>
        <w:jc w:val="center"/>
        <w:rPr>
          <w:rFonts w:ascii="Georgia" w:hAnsi="Georgia"/>
        </w:rPr>
      </w:pPr>
      <w:r w:rsidRPr="00415261">
        <w:rPr>
          <w:rFonts w:ascii="Georgia" w:hAnsi="Georgia"/>
        </w:rPr>
        <w:t>Grade Level: 11–12</w:t>
      </w:r>
    </w:p>
    <w:p w14:paraId="1B4EB35B" w14:textId="77777777" w:rsidR="00736755" w:rsidRPr="00415261" w:rsidRDefault="00736755" w:rsidP="00415261">
      <w:pPr>
        <w:spacing w:line="240" w:lineRule="auto"/>
        <w:jc w:val="center"/>
        <w:rPr>
          <w:rFonts w:ascii="Georgia" w:hAnsi="Georgia"/>
        </w:rPr>
      </w:pPr>
      <w:r w:rsidRPr="00415261">
        <w:rPr>
          <w:rFonts w:ascii="Georgia" w:hAnsi="Georgia"/>
        </w:rPr>
        <w:t>Tutoring: 3:10-3:50pm daily</w:t>
      </w:r>
    </w:p>
    <w:p w14:paraId="35437969" w14:textId="77777777" w:rsidR="00736755" w:rsidRPr="00415261" w:rsidRDefault="00736755" w:rsidP="00415261">
      <w:pPr>
        <w:jc w:val="center"/>
        <w:rPr>
          <w:rFonts w:ascii="Georgia" w:hAnsi="Georgia"/>
        </w:rPr>
      </w:pPr>
      <w:r w:rsidRPr="00415261">
        <w:rPr>
          <w:rFonts w:ascii="Georgia" w:hAnsi="Georgia"/>
        </w:rPr>
        <w:t>Planning: 2:20-3:10pm</w:t>
      </w:r>
    </w:p>
    <w:p w14:paraId="78957254" w14:textId="5F73D98E" w:rsidR="00415261" w:rsidRPr="00415261" w:rsidRDefault="00415261" w:rsidP="00415261">
      <w:pPr>
        <w:jc w:val="center"/>
        <w:rPr>
          <w:rFonts w:ascii="Georgia" w:hAnsi="Georgia"/>
        </w:rPr>
      </w:pPr>
      <w:r w:rsidRPr="00415261">
        <w:rPr>
          <w:rFonts w:ascii="Georgia" w:hAnsi="Georgia"/>
        </w:rPr>
        <w:t xml:space="preserve">Remind Code: </w:t>
      </w:r>
      <w:r w:rsidR="00BD0F4C" w:rsidRPr="00BD0F4C">
        <w:rPr>
          <w:rFonts w:ascii="Segoe UI" w:hAnsi="Segoe UI" w:cs="Segoe UI"/>
          <w:sz w:val="21"/>
          <w:szCs w:val="21"/>
          <w:shd w:val="clear" w:color="auto" w:fill="FFFFFF"/>
        </w:rPr>
        <w:t>@h8273kk</w:t>
      </w:r>
    </w:p>
    <w:p w14:paraId="185001C5" w14:textId="77777777" w:rsidR="00736755" w:rsidRPr="00415261" w:rsidRDefault="00736755" w:rsidP="00736755">
      <w:pPr>
        <w:pStyle w:val="Heading1"/>
        <w:rPr>
          <w:rFonts w:ascii="Georgia" w:hAnsi="Georgia"/>
          <w:sz w:val="22"/>
          <w:szCs w:val="22"/>
        </w:rPr>
      </w:pPr>
      <w:r w:rsidRPr="00415261">
        <w:rPr>
          <w:rFonts w:ascii="Georgia" w:hAnsi="Georgia"/>
          <w:sz w:val="22"/>
          <w:szCs w:val="22"/>
        </w:rPr>
        <w:t>Course Overview</w:t>
      </w:r>
    </w:p>
    <w:p w14:paraId="5060A2C7" w14:textId="77777777" w:rsidR="00736755" w:rsidRPr="00415261" w:rsidRDefault="00736755">
      <w:pPr>
        <w:rPr>
          <w:rFonts w:ascii="Georgia" w:hAnsi="Georgia"/>
        </w:rPr>
      </w:pPr>
      <w:r w:rsidRPr="00415261">
        <w:rPr>
          <w:rFonts w:ascii="Georgia" w:hAnsi="Georgia"/>
        </w:rPr>
        <w:t xml:space="preserve">This course will help you become an expert in mathematical skills and arguments. You will explore real and abstract concepts. The class will incorporate these ideas with and without technology. This course is designed for learners who enjoy critical thinking and problem solving. </w:t>
      </w:r>
    </w:p>
    <w:p w14:paraId="26519FAF" w14:textId="77777777" w:rsidR="00994904" w:rsidRPr="00415261" w:rsidRDefault="00BD0F4C">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How </w:t>
      </w:r>
      <w:r w:rsidRPr="00415261">
        <w:rPr>
          <w:rFonts w:ascii="Georgia" w:hAnsi="Georgia"/>
          <w:sz w:val="22"/>
          <w:szCs w:val="22"/>
        </w:rPr>
        <w:t>You're Graded</w:t>
      </w:r>
    </w:p>
    <w:p w14:paraId="2467CBED" w14:textId="77777777" w:rsidR="00994904" w:rsidRPr="00415261" w:rsidRDefault="00BD0F4C">
      <w:pPr>
        <w:rPr>
          <w:rFonts w:ascii="Georgia" w:hAnsi="Georgia"/>
        </w:rPr>
      </w:pPr>
      <w:r w:rsidRPr="00415261">
        <w:rPr>
          <w:rFonts w:ascii="Georgia" w:hAnsi="Georgia"/>
        </w:rPr>
        <w:t>Your final grade is based on two types of assessments:</w:t>
      </w:r>
    </w:p>
    <w:p w14:paraId="3D070449" w14:textId="77777777" w:rsidR="00994904" w:rsidRPr="00415261" w:rsidRDefault="00BD0F4C">
      <w:pPr>
        <w:pStyle w:val="ListBullet"/>
        <w:rPr>
          <w:rFonts w:ascii="Georgia" w:hAnsi="Georgia"/>
        </w:rPr>
      </w:pPr>
      <w:r w:rsidRPr="00415261">
        <w:rPr>
          <w:rFonts w:ascii="Georgia" w:hAnsi="Georgia"/>
        </w:rPr>
        <w:t>Minor Assessments (60%): Classwork, Homework, Quizzes</w:t>
      </w:r>
    </w:p>
    <w:p w14:paraId="513C3F68" w14:textId="77777777" w:rsidR="00994904" w:rsidRPr="00415261" w:rsidRDefault="00BD0F4C">
      <w:pPr>
        <w:pStyle w:val="ListBullet"/>
        <w:rPr>
          <w:rFonts w:ascii="Georgia" w:hAnsi="Georgia"/>
        </w:rPr>
      </w:pPr>
      <w:r w:rsidRPr="00415261">
        <w:rPr>
          <w:rFonts w:ascii="Georgia" w:hAnsi="Georgia"/>
        </w:rPr>
        <w:t xml:space="preserve"> Major Assessments (40%): Unit Tests</w:t>
      </w:r>
      <w:r w:rsidR="009C5454" w:rsidRPr="00415261">
        <w:rPr>
          <w:rFonts w:ascii="Georgia" w:hAnsi="Georgia"/>
        </w:rPr>
        <w:t xml:space="preserve"> and Projects</w:t>
      </w:r>
    </w:p>
    <w:p w14:paraId="0F595F49" w14:textId="77777777" w:rsidR="00994904" w:rsidRPr="00415261" w:rsidRDefault="00BD0F4C">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Minor Assessments (60%)</w:t>
      </w:r>
    </w:p>
    <w:p w14:paraId="72A93993" w14:textId="77777777" w:rsidR="00994904" w:rsidRPr="00415261" w:rsidRDefault="00BD0F4C">
      <w:pPr>
        <w:rPr>
          <w:rFonts w:ascii="Georgia" w:hAnsi="Georgia"/>
        </w:rPr>
      </w:pPr>
      <w:r w:rsidRPr="00415261">
        <w:rPr>
          <w:rFonts w:ascii="Georgia" w:hAnsi="Georgia"/>
        </w:rPr>
        <w:t>These help you practice and im</w:t>
      </w:r>
      <w:r w:rsidRPr="00415261">
        <w:rPr>
          <w:rFonts w:ascii="Georgia" w:hAnsi="Georgia"/>
        </w:rPr>
        <w:t>prove:</w:t>
      </w:r>
    </w:p>
    <w:p w14:paraId="6112B63C" w14:textId="77777777" w:rsidR="00994904" w:rsidRPr="00415261" w:rsidRDefault="00BD0F4C">
      <w:pPr>
        <w:pStyle w:val="ListBullet"/>
        <w:rPr>
          <w:rFonts w:ascii="Georgia" w:hAnsi="Georgia"/>
        </w:rPr>
      </w:pPr>
      <w:r w:rsidRPr="00415261">
        <w:rPr>
          <w:rFonts w:ascii="Georgia" w:hAnsi="Georgia"/>
        </w:rPr>
        <w:t>Classwork: Group activities, problem solving</w:t>
      </w:r>
    </w:p>
    <w:p w14:paraId="25E60320" w14:textId="77777777" w:rsidR="00994904" w:rsidRPr="00415261" w:rsidRDefault="00BD0F4C">
      <w:pPr>
        <w:pStyle w:val="ListBullet"/>
        <w:rPr>
          <w:rFonts w:ascii="Georgia" w:hAnsi="Georgia"/>
        </w:rPr>
      </w:pPr>
      <w:r w:rsidRPr="00415261">
        <w:rPr>
          <w:rFonts w:ascii="Georgia" w:hAnsi="Georgia"/>
        </w:rPr>
        <w:t>Homework: Practice problems and reflections</w:t>
      </w:r>
    </w:p>
    <w:p w14:paraId="0412A89D" w14:textId="77777777" w:rsidR="00994904" w:rsidRPr="00415261" w:rsidRDefault="00BD0F4C">
      <w:pPr>
        <w:pStyle w:val="ListBullet"/>
        <w:rPr>
          <w:rFonts w:ascii="Georgia" w:hAnsi="Georgia"/>
        </w:rPr>
      </w:pPr>
      <w:r w:rsidRPr="00415261">
        <w:rPr>
          <w:rFonts w:ascii="Georgia" w:hAnsi="Georgia"/>
        </w:rPr>
        <w:t xml:space="preserve"> Quizzes: Short checks on recent topics</w:t>
      </w:r>
    </w:p>
    <w:p w14:paraId="5ADB352C" w14:textId="77777777" w:rsidR="00994904" w:rsidRPr="00415261" w:rsidRDefault="00BD0F4C">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Major Assessments (40%)</w:t>
      </w:r>
    </w:p>
    <w:p w14:paraId="2693C449" w14:textId="77777777" w:rsidR="00994904" w:rsidRPr="00415261" w:rsidRDefault="00BD0F4C">
      <w:pPr>
        <w:rPr>
          <w:rFonts w:ascii="Georgia" w:hAnsi="Georgia"/>
        </w:rPr>
      </w:pPr>
      <w:r w:rsidRPr="00415261">
        <w:rPr>
          <w:rFonts w:ascii="Georgia" w:hAnsi="Georgia"/>
        </w:rPr>
        <w:t>These show what you've learned:</w:t>
      </w:r>
    </w:p>
    <w:p w14:paraId="0DDDDC32" w14:textId="77777777" w:rsidR="00994904" w:rsidRPr="00415261" w:rsidRDefault="00BD0F4C">
      <w:pPr>
        <w:pStyle w:val="ListBullet"/>
        <w:rPr>
          <w:rFonts w:ascii="Georgia" w:hAnsi="Georgia"/>
        </w:rPr>
      </w:pPr>
      <w:r w:rsidRPr="00415261">
        <w:rPr>
          <w:rFonts w:ascii="Georgia" w:hAnsi="Georgia"/>
        </w:rPr>
        <w:t xml:space="preserve"> Unit Tests: End-of-unit tests with IB-style questions</w:t>
      </w:r>
    </w:p>
    <w:p w14:paraId="13551C12" w14:textId="77777777" w:rsidR="009C5454" w:rsidRPr="00415261" w:rsidRDefault="00BD0F4C" w:rsidP="000957E3">
      <w:pPr>
        <w:pStyle w:val="ListBullet"/>
        <w:rPr>
          <w:rFonts w:ascii="Georgia" w:hAnsi="Georgia"/>
        </w:rPr>
      </w:pPr>
      <w:r w:rsidRPr="00415261">
        <w:rPr>
          <w:rFonts w:ascii="Georgia" w:hAnsi="Georgia"/>
        </w:rPr>
        <w:t>Projects: Real-world math tasks</w:t>
      </w:r>
    </w:p>
    <w:p w14:paraId="432290F7" w14:textId="77777777" w:rsidR="00415261" w:rsidRDefault="00415261" w:rsidP="00415261">
      <w:pPr>
        <w:pStyle w:val="ListBullet"/>
        <w:numPr>
          <w:ilvl w:val="0"/>
          <w:numId w:val="0"/>
        </w:numPr>
        <w:ind w:left="360"/>
        <w:rPr>
          <w:rFonts w:ascii="Georgia" w:hAnsi="Georgia"/>
        </w:rPr>
      </w:pPr>
    </w:p>
    <w:p w14:paraId="202036F0" w14:textId="77777777" w:rsidR="00415261" w:rsidRPr="00415261" w:rsidRDefault="00415261" w:rsidP="00415261">
      <w:pPr>
        <w:pStyle w:val="ListBullet"/>
        <w:numPr>
          <w:ilvl w:val="0"/>
          <w:numId w:val="0"/>
        </w:numPr>
        <w:ind w:left="360"/>
        <w:rPr>
          <w:rFonts w:ascii="Georgia" w:hAnsi="Georgia"/>
        </w:rPr>
      </w:pPr>
    </w:p>
    <w:p w14:paraId="0EE85B8C" w14:textId="77777777" w:rsidR="009C5454" w:rsidRPr="00415261" w:rsidRDefault="009C5454" w:rsidP="009C5454">
      <w:pPr>
        <w:pStyle w:val="Heading2"/>
        <w:rPr>
          <w:rFonts w:ascii="Georgia" w:hAnsi="Georgia"/>
          <w:sz w:val="22"/>
          <w:szCs w:val="22"/>
        </w:rPr>
      </w:pPr>
      <w:r w:rsidRPr="00415261">
        <w:rPr>
          <w:rFonts w:ascii="Segoe UI Emoji" w:hAnsi="Segoe UI Emoji" w:cs="Segoe UI Emoji"/>
          <w:sz w:val="22"/>
          <w:szCs w:val="22"/>
        </w:rPr>
        <w:lastRenderedPageBreak/>
        <w:t>📚</w:t>
      </w:r>
      <w:r w:rsidRPr="00415261">
        <w:rPr>
          <w:rFonts w:ascii="Georgia" w:hAnsi="Georgia"/>
          <w:sz w:val="22"/>
          <w:szCs w:val="22"/>
        </w:rPr>
        <w:t xml:space="preserve"> </w:t>
      </w:r>
      <w:r w:rsidRPr="00415261">
        <w:rPr>
          <w:rFonts w:ascii="Georgia" w:hAnsi="Georgia"/>
          <w:sz w:val="22"/>
          <w:szCs w:val="22"/>
        </w:rPr>
        <w:t xml:space="preserve">Topics </w:t>
      </w:r>
    </w:p>
    <w:p w14:paraId="030CD2D8" w14:textId="77777777" w:rsidR="009C5454" w:rsidRPr="00415261" w:rsidRDefault="009C5454" w:rsidP="009C5454">
      <w:pPr>
        <w:rPr>
          <w:rFonts w:ascii="Georgia" w:hAnsi="Georgia"/>
        </w:rPr>
      </w:pPr>
      <w:r w:rsidRPr="00415261">
        <w:rPr>
          <w:rFonts w:ascii="Georgia" w:hAnsi="Georgia"/>
        </w:rPr>
        <w:t>Topic 1: Numbers and Algebra</w:t>
      </w:r>
    </w:p>
    <w:p w14:paraId="1E0158CD" w14:textId="77777777" w:rsidR="009C5454" w:rsidRPr="00415261" w:rsidRDefault="009C5454" w:rsidP="009C5454">
      <w:pPr>
        <w:rPr>
          <w:rFonts w:ascii="Georgia" w:hAnsi="Georgia"/>
        </w:rPr>
      </w:pPr>
      <w:r w:rsidRPr="00415261">
        <w:rPr>
          <w:rFonts w:ascii="Georgia" w:hAnsi="Georgia"/>
        </w:rPr>
        <w:t>Topic 2: Functions</w:t>
      </w:r>
    </w:p>
    <w:p w14:paraId="34B86A05" w14:textId="77777777" w:rsidR="009C5454" w:rsidRPr="00415261" w:rsidRDefault="009C5454" w:rsidP="009C5454">
      <w:pPr>
        <w:rPr>
          <w:rFonts w:ascii="Georgia" w:hAnsi="Georgia"/>
        </w:rPr>
      </w:pPr>
      <w:r w:rsidRPr="00415261">
        <w:rPr>
          <w:rFonts w:ascii="Georgia" w:hAnsi="Georgia"/>
        </w:rPr>
        <w:t>Topic 3: Geometry and Trigonometry</w:t>
      </w:r>
    </w:p>
    <w:p w14:paraId="21C81F7B" w14:textId="77777777" w:rsidR="009C5454" w:rsidRPr="00415261" w:rsidRDefault="009C5454" w:rsidP="009C5454">
      <w:pPr>
        <w:rPr>
          <w:rFonts w:ascii="Georgia" w:hAnsi="Georgia"/>
        </w:rPr>
      </w:pPr>
      <w:r w:rsidRPr="00415261">
        <w:rPr>
          <w:rFonts w:ascii="Georgia" w:hAnsi="Georgia"/>
        </w:rPr>
        <w:t xml:space="preserve">Topic 4: Statistics and Probability </w:t>
      </w:r>
    </w:p>
    <w:p w14:paraId="156C671C" w14:textId="77777777" w:rsidR="009C5454" w:rsidRPr="00415261" w:rsidRDefault="009C5454" w:rsidP="009C5454">
      <w:pPr>
        <w:rPr>
          <w:rFonts w:ascii="Georgia" w:hAnsi="Georgia"/>
        </w:rPr>
      </w:pPr>
      <w:r w:rsidRPr="00415261">
        <w:rPr>
          <w:rFonts w:ascii="Georgia" w:hAnsi="Georgia"/>
        </w:rPr>
        <w:t>Topic 5: Calculus</w:t>
      </w:r>
    </w:p>
    <w:p w14:paraId="7ABC6433" w14:textId="77777777" w:rsidR="00994904" w:rsidRPr="00415261" w:rsidRDefault="00BD0F4C">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Resources You'll Use</w:t>
      </w:r>
    </w:p>
    <w:p w14:paraId="285D0039" w14:textId="77777777" w:rsidR="00994904" w:rsidRPr="00415261" w:rsidRDefault="00BD0F4C">
      <w:pPr>
        <w:pStyle w:val="ListBullet"/>
        <w:rPr>
          <w:rFonts w:ascii="Georgia" w:hAnsi="Georgia"/>
        </w:rPr>
      </w:pPr>
      <w:r w:rsidRPr="00415261">
        <w:rPr>
          <w:rFonts w:ascii="Georgia" w:hAnsi="Georgia"/>
        </w:rPr>
        <w:t>IB Math AA SL Textbook</w:t>
      </w:r>
    </w:p>
    <w:p w14:paraId="12DE62C0" w14:textId="77777777" w:rsidR="00994904" w:rsidRPr="00415261" w:rsidRDefault="00BD0F4C">
      <w:pPr>
        <w:pStyle w:val="ListBullet"/>
        <w:rPr>
          <w:rFonts w:ascii="Georgia" w:hAnsi="Georgia"/>
        </w:rPr>
      </w:pPr>
      <w:r w:rsidRPr="00415261">
        <w:rPr>
          <w:rFonts w:ascii="Georgia" w:hAnsi="Georgia"/>
        </w:rPr>
        <w:t xml:space="preserve"> Desmos</w:t>
      </w:r>
      <w:r w:rsidR="009C5454" w:rsidRPr="00415261">
        <w:rPr>
          <w:rFonts w:ascii="Georgia" w:hAnsi="Georgia"/>
        </w:rPr>
        <w:t xml:space="preserve">, </w:t>
      </w:r>
      <w:r w:rsidRPr="00415261">
        <w:rPr>
          <w:rFonts w:ascii="Georgia" w:hAnsi="Georgia"/>
        </w:rPr>
        <w:t>GeoGebra</w:t>
      </w:r>
      <w:r w:rsidR="009C5454" w:rsidRPr="00415261">
        <w:rPr>
          <w:rFonts w:ascii="Georgia" w:hAnsi="Georgia"/>
        </w:rPr>
        <w:t xml:space="preserve"> and Ti-84 </w:t>
      </w:r>
    </w:p>
    <w:p w14:paraId="787F23A2" w14:textId="77777777" w:rsidR="00994904" w:rsidRPr="00415261" w:rsidRDefault="00BD0F4C">
      <w:pPr>
        <w:pStyle w:val="ListBullet"/>
        <w:rPr>
          <w:rFonts w:ascii="Georgia" w:hAnsi="Georgia"/>
        </w:rPr>
      </w:pPr>
      <w:r w:rsidRPr="00415261">
        <w:rPr>
          <w:rFonts w:ascii="Georgia" w:hAnsi="Georgia"/>
        </w:rPr>
        <w:t xml:space="preserve"> </w:t>
      </w:r>
      <w:r w:rsidR="009C5454" w:rsidRPr="00415261">
        <w:rPr>
          <w:rFonts w:ascii="Georgia" w:hAnsi="Georgia"/>
        </w:rPr>
        <w:t>In Thinking</w:t>
      </w:r>
    </w:p>
    <w:p w14:paraId="4086ED6C" w14:textId="77777777" w:rsidR="009C5454" w:rsidRPr="00415261" w:rsidRDefault="009C5454" w:rsidP="009C5454">
      <w:pPr>
        <w:pStyle w:val="ListBullet"/>
        <w:rPr>
          <w:rFonts w:ascii="Georgia" w:hAnsi="Georgia"/>
        </w:rPr>
      </w:pPr>
      <w:r w:rsidRPr="00415261">
        <w:rPr>
          <w:rFonts w:ascii="Georgia" w:hAnsi="Georgia"/>
        </w:rPr>
        <w:t xml:space="preserve">Revisions Village </w:t>
      </w:r>
    </w:p>
    <w:p w14:paraId="134F0D8C" w14:textId="77777777" w:rsidR="00994904" w:rsidRPr="00415261" w:rsidRDefault="00BD0F4C">
      <w:pPr>
        <w:pStyle w:val="ListBullet"/>
        <w:rPr>
          <w:rFonts w:ascii="Georgia" w:hAnsi="Georgia"/>
        </w:rPr>
      </w:pPr>
      <w:r w:rsidRPr="00415261">
        <w:rPr>
          <w:rFonts w:ascii="Georgia" w:hAnsi="Georgia"/>
        </w:rPr>
        <w:t>Notes and worksheets from your teacher</w:t>
      </w:r>
    </w:p>
    <w:p w14:paraId="06F12AEE"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IB Academic Honesty Statement</w:t>
      </w:r>
    </w:p>
    <w:p w14:paraId="6D08960B" w14:textId="77777777" w:rsidR="000957E3" w:rsidRPr="00415261" w:rsidRDefault="000957E3" w:rsidP="000957E3">
      <w:pPr>
        <w:rPr>
          <w:rFonts w:ascii="Georgia" w:hAnsi="Georgia"/>
        </w:rPr>
      </w:pPr>
      <w:r w:rsidRPr="00415261">
        <w:rPr>
          <w:rFonts w:ascii="Georgia" w:hAnsi="Georgia"/>
        </w:rPr>
        <w:t xml:space="preserve">As an IB student, you are </w:t>
      </w:r>
      <w:r w:rsidR="00736755" w:rsidRPr="00415261">
        <w:rPr>
          <w:rFonts w:ascii="Georgia" w:hAnsi="Georgia"/>
        </w:rPr>
        <w:t>responsible and expected</w:t>
      </w:r>
      <w:r w:rsidRPr="00415261">
        <w:rPr>
          <w:rFonts w:ascii="Georgia" w:hAnsi="Georgia"/>
        </w:rPr>
        <w:t xml:space="preserve"> </w:t>
      </w:r>
      <w:r w:rsidR="00736755" w:rsidRPr="00415261">
        <w:rPr>
          <w:rFonts w:ascii="Georgia" w:hAnsi="Georgia"/>
        </w:rPr>
        <w:t>to keep</w:t>
      </w:r>
      <w:r w:rsidRPr="00415261">
        <w:rPr>
          <w:rFonts w:ascii="Georgia" w:hAnsi="Georgia"/>
        </w:rPr>
        <w:t xml:space="preserve"> the highest standards of academic integrity. All work must be your own, and </w:t>
      </w:r>
      <w:r w:rsidR="00736755" w:rsidRPr="00415261">
        <w:rPr>
          <w:rFonts w:ascii="Georgia" w:hAnsi="Georgia"/>
        </w:rPr>
        <w:t>the use of proper citations when it isn’t your work</w:t>
      </w:r>
      <w:r w:rsidRPr="00415261">
        <w:rPr>
          <w:rFonts w:ascii="Georgia" w:hAnsi="Georgia"/>
        </w:rPr>
        <w:t xml:space="preserve">. Your Internal Assessment (IA) </w:t>
      </w:r>
      <w:r w:rsidR="00736755" w:rsidRPr="00415261">
        <w:rPr>
          <w:rFonts w:ascii="Georgia" w:hAnsi="Georgia"/>
        </w:rPr>
        <w:t xml:space="preserve">has to be written in your own words and </w:t>
      </w:r>
      <w:r w:rsidR="000F5F44" w:rsidRPr="00415261">
        <w:rPr>
          <w:rFonts w:ascii="Georgia" w:hAnsi="Georgia"/>
        </w:rPr>
        <w:t xml:space="preserve">the mathematical thinking done by you. Plagiarism and cheating will not be tolerated. </w:t>
      </w:r>
    </w:p>
    <w:p w14:paraId="7D711CED"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Responsible Use of AI Tools</w:t>
      </w:r>
    </w:p>
    <w:p w14:paraId="776FB6E4" w14:textId="77777777" w:rsidR="000957E3" w:rsidRPr="00415261" w:rsidRDefault="000957E3" w:rsidP="000957E3">
      <w:pPr>
        <w:rPr>
          <w:rFonts w:ascii="Georgia" w:hAnsi="Georgia"/>
        </w:rPr>
      </w:pPr>
      <w:r w:rsidRPr="00415261">
        <w:rPr>
          <w:rFonts w:ascii="Georgia" w:hAnsi="Georgia"/>
        </w:rPr>
        <w:t xml:space="preserve">AI tools such as </w:t>
      </w:r>
      <w:proofErr w:type="spellStart"/>
      <w:r w:rsidRPr="00415261">
        <w:rPr>
          <w:rFonts w:ascii="Georgia" w:hAnsi="Georgia"/>
        </w:rPr>
        <w:t>ChatGPT</w:t>
      </w:r>
      <w:proofErr w:type="spellEnd"/>
      <w:r w:rsidRPr="00415261">
        <w:rPr>
          <w:rFonts w:ascii="Georgia" w:hAnsi="Georgia"/>
        </w:rPr>
        <w:t xml:space="preserve">, Copilot, and others may be used to support learning, such as </w:t>
      </w:r>
      <w:r w:rsidR="000F5F44" w:rsidRPr="00415261">
        <w:rPr>
          <w:rFonts w:ascii="Georgia" w:hAnsi="Georgia"/>
        </w:rPr>
        <w:t>helping to understand math concepts</w:t>
      </w:r>
      <w:r w:rsidRPr="00415261">
        <w:rPr>
          <w:rFonts w:ascii="Georgia" w:hAnsi="Georgia"/>
        </w:rPr>
        <w:t xml:space="preserve"> or generating </w:t>
      </w:r>
      <w:r w:rsidR="000F5F44" w:rsidRPr="00415261">
        <w:rPr>
          <w:rFonts w:ascii="Georgia" w:hAnsi="Georgia"/>
        </w:rPr>
        <w:t xml:space="preserve">more </w:t>
      </w:r>
      <w:r w:rsidRPr="00415261">
        <w:rPr>
          <w:rFonts w:ascii="Georgia" w:hAnsi="Georgia"/>
        </w:rPr>
        <w:t xml:space="preserve">practice problems. </w:t>
      </w:r>
      <w:r w:rsidR="000F5F44" w:rsidRPr="00415261">
        <w:rPr>
          <w:rFonts w:ascii="Georgia" w:hAnsi="Georgia"/>
        </w:rPr>
        <w:t>When turning in work it must be done by you</w:t>
      </w:r>
      <w:r w:rsidR="002C0F98" w:rsidRPr="00415261">
        <w:rPr>
          <w:rFonts w:ascii="Georgia" w:hAnsi="Georgia"/>
        </w:rPr>
        <w:t>.</w:t>
      </w:r>
      <w:r w:rsidRPr="00415261">
        <w:rPr>
          <w:rFonts w:ascii="Georgia" w:hAnsi="Georgia"/>
        </w:rPr>
        <w:t xml:space="preserve"> Any use of AI must be acknowledged, and students are responsible for ensuring that their work reflects their own understanding and effort.</w:t>
      </w:r>
    </w:p>
    <w:p w14:paraId="13C84057" w14:textId="77777777" w:rsidR="009C5454" w:rsidRPr="00415261" w:rsidRDefault="00415261" w:rsidP="00415261">
      <w:pPr>
        <w:rPr>
          <w:rFonts w:ascii="Georgia" w:hAnsi="Georgia"/>
          <w:b/>
          <w:i/>
        </w:rPr>
      </w:pPr>
      <w:r w:rsidRPr="00415261">
        <w:rPr>
          <w:rFonts w:ascii="Georgia" w:hAnsi="Georgia"/>
          <w:b/>
          <w:i/>
        </w:rPr>
        <w:t xml:space="preserve">Supplies: Graphing </w:t>
      </w:r>
      <w:proofErr w:type="spellStart"/>
      <w:r w:rsidRPr="00415261">
        <w:rPr>
          <w:rFonts w:ascii="Georgia" w:hAnsi="Georgia"/>
          <w:b/>
          <w:i/>
        </w:rPr>
        <w:t>Ti</w:t>
      </w:r>
      <w:proofErr w:type="spellEnd"/>
      <w:r w:rsidRPr="00415261">
        <w:rPr>
          <w:rFonts w:ascii="Georgia" w:hAnsi="Georgia"/>
          <w:b/>
          <w:i/>
        </w:rPr>
        <w:t xml:space="preserve">- 84 Calculator, Desmos Graphing Calculator App, Highlighters, Color Pencils, Graphing Paper, 1-inch binder, 5-tab dividers, access to online resources </w:t>
      </w:r>
      <w:proofErr w:type="gramStart"/>
      <w:r w:rsidRPr="00415261">
        <w:rPr>
          <w:rFonts w:ascii="Georgia" w:hAnsi="Georgia"/>
          <w:b/>
          <w:i/>
        </w:rPr>
        <w:t>( Canvas</w:t>
      </w:r>
      <w:proofErr w:type="gramEnd"/>
      <w:r w:rsidRPr="00415261">
        <w:rPr>
          <w:rFonts w:ascii="Georgia" w:hAnsi="Georgia"/>
          <w:b/>
          <w:i/>
        </w:rPr>
        <w:t xml:space="preserve">, AP classroom, Desmos, etc.) </w:t>
      </w:r>
    </w:p>
    <w:sectPr w:rsidR="009C5454" w:rsidRPr="00415261" w:rsidSect="00034616">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2BD94" w14:textId="77777777" w:rsidR="00415261" w:rsidRDefault="00415261" w:rsidP="00415261">
      <w:pPr>
        <w:spacing w:after="0" w:line="240" w:lineRule="auto"/>
      </w:pPr>
      <w:r>
        <w:separator/>
      </w:r>
    </w:p>
  </w:endnote>
  <w:endnote w:type="continuationSeparator" w:id="0">
    <w:p w14:paraId="141B3609" w14:textId="77777777" w:rsidR="00415261" w:rsidRDefault="00415261" w:rsidP="0041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06932" w14:textId="77777777" w:rsidR="00415261" w:rsidRDefault="00415261" w:rsidP="00415261">
      <w:pPr>
        <w:spacing w:after="0" w:line="240" w:lineRule="auto"/>
      </w:pPr>
      <w:r>
        <w:separator/>
      </w:r>
    </w:p>
  </w:footnote>
  <w:footnote w:type="continuationSeparator" w:id="0">
    <w:p w14:paraId="382D06E9" w14:textId="77777777" w:rsidR="00415261" w:rsidRDefault="00415261" w:rsidP="00415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2FF5" w14:textId="4A57020C" w:rsidR="00415261" w:rsidRDefault="00415261" w:rsidP="00415261">
    <w:pPr>
      <w:pStyle w:val="Header"/>
      <w:jc w:val="right"/>
    </w:pPr>
    <w:r>
      <w:t>Year</w:t>
    </w:r>
    <w:r w:rsidR="00250902">
      <w:t xml:space="preserve"> 1</w:t>
    </w:r>
  </w:p>
  <w:p w14:paraId="30188D5E" w14:textId="77777777" w:rsidR="00415261" w:rsidRDefault="00415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12A2A48"/>
    <w:multiLevelType w:val="hybridMultilevel"/>
    <w:tmpl w:val="7AB25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E609F4"/>
    <w:multiLevelType w:val="hybridMultilevel"/>
    <w:tmpl w:val="28E2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57E3"/>
    <w:rsid w:val="000F5F44"/>
    <w:rsid w:val="0015074B"/>
    <w:rsid w:val="00250902"/>
    <w:rsid w:val="0029639D"/>
    <w:rsid w:val="002C0F98"/>
    <w:rsid w:val="00326F90"/>
    <w:rsid w:val="00415261"/>
    <w:rsid w:val="00736755"/>
    <w:rsid w:val="00994904"/>
    <w:rsid w:val="009C5454"/>
    <w:rsid w:val="00AA1D8D"/>
    <w:rsid w:val="00B47730"/>
    <w:rsid w:val="00BD0F4C"/>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E19758"/>
  <w14:defaultImageDpi w14:val="300"/>
  <w15:docId w15:val="{CFFE54F6-E369-42FE-A109-030092CD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997EBB1F73C545816437191F4B260B" ma:contentTypeVersion="39" ma:contentTypeDescription="Create a new document." ma:contentTypeScope="" ma:versionID="d78d19394297bc917d4dde979733f694">
  <xsd:schema xmlns:xsd="http://www.w3.org/2001/XMLSchema" xmlns:xs="http://www.w3.org/2001/XMLSchema" xmlns:p="http://schemas.microsoft.com/office/2006/metadata/properties" xmlns:ns3="5fd29247-f312-4473-a363-46cf4a5089a9" xmlns:ns4="c4adee93-f61f-4b2b-850f-0dfb9545d543" targetNamespace="http://schemas.microsoft.com/office/2006/metadata/properties" ma:root="true" ma:fieldsID="c8454e2639e33c83c78f11d2fee88d0d" ns3:_="" ns4:_="">
    <xsd:import namespace="5fd29247-f312-4473-a363-46cf4a5089a9"/>
    <xsd:import namespace="c4adee93-f61f-4b2b-850f-0dfb9545d5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29247-f312-4473-a363-46cf4a5089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dee93-f61f-4b2b-850f-0dfb9545d5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c4adee93-f61f-4b2b-850f-0dfb9545d543" xsi:nil="true"/>
    <Student_Groups xmlns="c4adee93-f61f-4b2b-850f-0dfb9545d543">
      <UserInfo>
        <DisplayName/>
        <AccountId xsi:nil="true"/>
        <AccountType/>
      </UserInfo>
    </Student_Groups>
    <Self_Registration_Enabled xmlns="c4adee93-f61f-4b2b-850f-0dfb9545d543" xsi:nil="true"/>
    <Is_Collaboration_Space_Locked xmlns="c4adee93-f61f-4b2b-850f-0dfb9545d543" xsi:nil="true"/>
    <Invited_Teachers xmlns="c4adee93-f61f-4b2b-850f-0dfb9545d543" xsi:nil="true"/>
    <Invited_Students xmlns="c4adee93-f61f-4b2b-850f-0dfb9545d543" xsi:nil="true"/>
    <CultureName xmlns="c4adee93-f61f-4b2b-850f-0dfb9545d543" xsi:nil="true"/>
    <Has_Teacher_Only_SectionGroup xmlns="c4adee93-f61f-4b2b-850f-0dfb9545d543" xsi:nil="true"/>
    <DefaultSectionNames xmlns="c4adee93-f61f-4b2b-850f-0dfb9545d543" xsi:nil="true"/>
    <_activity xmlns="c4adee93-f61f-4b2b-850f-0dfb9545d543" xsi:nil="true"/>
    <AppVersion xmlns="c4adee93-f61f-4b2b-850f-0dfb9545d543" xsi:nil="true"/>
    <FolderType xmlns="c4adee93-f61f-4b2b-850f-0dfb9545d543" xsi:nil="true"/>
    <Owner xmlns="c4adee93-f61f-4b2b-850f-0dfb9545d543">
      <UserInfo>
        <DisplayName/>
        <AccountId xsi:nil="true"/>
        <AccountType/>
      </UserInfo>
    </Owner>
    <Teachers xmlns="c4adee93-f61f-4b2b-850f-0dfb9545d543">
      <UserInfo>
        <DisplayName/>
        <AccountId xsi:nil="true"/>
        <AccountType/>
      </UserInfo>
    </Teachers>
    <Distribution_Groups xmlns="c4adee93-f61f-4b2b-850f-0dfb9545d543" xsi:nil="true"/>
    <LMS_Mappings xmlns="c4adee93-f61f-4b2b-850f-0dfb9545d543" xsi:nil="true"/>
    <IsNotebookLocked xmlns="c4adee93-f61f-4b2b-850f-0dfb9545d543" xsi:nil="true"/>
    <NotebookType xmlns="c4adee93-f61f-4b2b-850f-0dfb9545d543" xsi:nil="true"/>
    <Math_Settings xmlns="c4adee93-f61f-4b2b-850f-0dfb9545d543" xsi:nil="true"/>
    <Teams_Channel_Section_Location xmlns="c4adee93-f61f-4b2b-850f-0dfb9545d543" xsi:nil="true"/>
    <Students xmlns="c4adee93-f61f-4b2b-850f-0dfb9545d543">
      <UserInfo>
        <DisplayName/>
        <AccountId xsi:nil="true"/>
        <AccountType/>
      </UserInfo>
    </Students>
    <Templates xmlns="c4adee93-f61f-4b2b-850f-0dfb9545d54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67CF-AF9C-43DF-A2D1-617602235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29247-f312-4473-a363-46cf4a5089a9"/>
    <ds:schemaRef ds:uri="c4adee93-f61f-4b2b-850f-0dfb9545d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1DD95-AA98-4010-B388-1AEEBAA6E7C9}">
  <ds:schemaRefs>
    <ds:schemaRef ds:uri="http://schemas.microsoft.com/sharepoint/v3/contenttype/forms"/>
  </ds:schemaRefs>
</ds:datastoreItem>
</file>

<file path=customXml/itemProps3.xml><?xml version="1.0" encoding="utf-8"?>
<ds:datastoreItem xmlns:ds="http://schemas.openxmlformats.org/officeDocument/2006/customXml" ds:itemID="{EAB0D5BE-9AC6-4432-8524-4022195CDB84}">
  <ds:schemaRefs>
    <ds:schemaRef ds:uri="http://schemas.microsoft.com/office/2006/metadata/properties"/>
    <ds:schemaRef ds:uri="http://schemas.openxmlformats.org/package/2006/metadata/core-properties"/>
    <ds:schemaRef ds:uri="5fd29247-f312-4473-a363-46cf4a5089a9"/>
    <ds:schemaRef ds:uri="c4adee93-f61f-4b2b-850f-0dfb9545d543"/>
    <ds:schemaRef ds:uri="http://schemas.microsoft.com/office/2006/documentManagement/types"/>
    <ds:schemaRef ds:uri="http://schemas.microsoft.com/office/infopath/2007/PartnerControls"/>
    <ds:schemaRef ds:uri="http://www.w3.org/XML/1998/namespace"/>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CFDB6C70-0A68-4F30-997F-8C1D1DB5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IB Math: Analysis and Approaches SL – Student Syllabus</vt:lpstr>
      <vt:lpstr>Course Overview</vt:lpstr>
      <vt:lpstr>    📊 How You're Graded</vt:lpstr>
      <vt:lpstr>    📝 Minor Assessments (60%)</vt:lpstr>
      <vt:lpstr>    📚 Major Assessments (40%)</vt:lpstr>
      <vt:lpstr>    📚 Topics </vt:lpstr>
      <vt:lpstr>    📚 Resources You'll Use</vt:lpstr>
      <vt:lpstr>IB Academic Honesty Statement</vt:lpstr>
      <vt:lpstr>Responsible Use of AI Tools</vt:lpstr>
    </vt:vector>
  </TitlesOfParts>
  <Manager/>
  <Company/>
  <LinksUpToDate>false</LinksUpToDate>
  <CharactersWithSpaces>2571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Fredenberg, Deborah</cp:lastModifiedBy>
  <cp:revision>2</cp:revision>
  <dcterms:created xsi:type="dcterms:W3CDTF">2025-07-30T19:02:00Z</dcterms:created>
  <dcterms:modified xsi:type="dcterms:W3CDTF">2025-07-30T19:02:00Z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0x01010003997EBB1F73C545816437191F4B260B</vt:lpwstr>
  </property>
</Properties>
</file>